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D0712" w14:textId="77777777" w:rsidR="00631F5A" w:rsidRDefault="00876091">
      <w:pPr>
        <w:pStyle w:val="Heading1"/>
      </w:pPr>
      <w:r>
        <w:rPr>
          <w:sz w:val="32"/>
        </w:rPr>
        <w:t>DOGS NSW – Board of Directors Election Schedule</w:t>
      </w:r>
    </w:p>
    <w:p w14:paraId="68A50146" w14:textId="77777777" w:rsidR="00631F5A" w:rsidRDefault="005565EB">
      <w:r>
        <w:t>Summary of all current Directors, their regions, and next election cycles.</w:t>
      </w:r>
    </w:p>
    <w:p w14:paraId="1D2EBC10" w14:textId="0A0967FF" w:rsidR="00631F5A" w:rsidRDefault="00876091">
      <w:pPr>
        <w:shd w:val="clear" w:color="auto" w:fill="1F4E79"/>
      </w:pPr>
      <w:r>
        <w:rPr>
          <w:b/>
          <w:color w:val="FFFFFF"/>
          <w:sz w:val="22"/>
        </w:rPr>
        <w:t>Metropolitan Region</w:t>
      </w:r>
      <w:r w:rsidR="009739C7">
        <w:rPr>
          <w:b/>
          <w:color w:val="FFFFFF"/>
          <w:sz w:val="22"/>
        </w:rPr>
        <w:t xml:space="preserve"> – </w:t>
      </w:r>
      <w:r w:rsidR="009739C7" w:rsidRPr="009739C7">
        <w:rPr>
          <w:bCs/>
          <w:color w:val="FFFFFF"/>
          <w:sz w:val="20"/>
          <w:szCs w:val="20"/>
        </w:rPr>
        <w:t>24</w:t>
      </w:r>
      <w:r w:rsidR="008563F0">
        <w:rPr>
          <w:bCs/>
          <w:color w:val="FFFFFF"/>
          <w:sz w:val="20"/>
          <w:szCs w:val="20"/>
        </w:rPr>
        <w:t>68</w:t>
      </w:r>
      <w:r w:rsidR="009739C7" w:rsidRPr="009739C7">
        <w:rPr>
          <w:bCs/>
          <w:color w:val="FFFFFF"/>
          <w:sz w:val="20"/>
          <w:szCs w:val="20"/>
        </w:rPr>
        <w:t xml:space="preserve"> Members as </w:t>
      </w:r>
      <w:proofErr w:type="gramStart"/>
      <w:r w:rsidR="009739C7" w:rsidRPr="009739C7">
        <w:rPr>
          <w:bCs/>
          <w:color w:val="FFFFFF"/>
          <w:sz w:val="20"/>
          <w:szCs w:val="20"/>
        </w:rPr>
        <w:t>at</w:t>
      </w:r>
      <w:proofErr w:type="gramEnd"/>
      <w:r w:rsidR="009739C7" w:rsidRPr="009739C7">
        <w:rPr>
          <w:bCs/>
          <w:color w:val="FFFFFF"/>
          <w:sz w:val="20"/>
          <w:szCs w:val="20"/>
        </w:rPr>
        <w:t xml:space="preserve"> </w:t>
      </w:r>
      <w:r w:rsidR="0078228F">
        <w:rPr>
          <w:bCs/>
          <w:color w:val="FFFFFF"/>
          <w:sz w:val="20"/>
          <w:szCs w:val="20"/>
        </w:rPr>
        <w:t>November 2025</w:t>
      </w:r>
    </w:p>
    <w:tbl>
      <w:tblPr>
        <w:tblW w:w="11009" w:type="dxa"/>
        <w:tblLayout w:type="fixed"/>
        <w:tblLook w:val="04A0" w:firstRow="1" w:lastRow="0" w:firstColumn="1" w:lastColumn="0" w:noHBand="0" w:noVBand="1"/>
      </w:tblPr>
      <w:tblGrid>
        <w:gridCol w:w="2192"/>
        <w:gridCol w:w="2135"/>
        <w:gridCol w:w="2089"/>
        <w:gridCol w:w="2033"/>
        <w:gridCol w:w="2324"/>
        <w:gridCol w:w="236"/>
      </w:tblGrid>
      <w:tr w:rsidR="005476F9" w14:paraId="1C21C30D" w14:textId="77777777" w:rsidTr="00876091">
        <w:tc>
          <w:tcPr>
            <w:tcW w:w="2192" w:type="dxa"/>
            <w:shd w:val="clear" w:color="auto" w:fill="BDD7EE"/>
          </w:tcPr>
          <w:p w14:paraId="24F17F4A" w14:textId="77777777" w:rsidR="005476F9" w:rsidRPr="00264A35" w:rsidRDefault="005476F9">
            <w:pPr>
              <w:rPr>
                <w:szCs w:val="18"/>
              </w:rPr>
            </w:pPr>
            <w:r w:rsidRPr="00264A35">
              <w:rPr>
                <w:b/>
                <w:szCs w:val="18"/>
              </w:rPr>
              <w:t>Name</w:t>
            </w:r>
          </w:p>
        </w:tc>
        <w:tc>
          <w:tcPr>
            <w:tcW w:w="2135" w:type="dxa"/>
            <w:shd w:val="clear" w:color="auto" w:fill="BDD7EE"/>
          </w:tcPr>
          <w:p w14:paraId="5FAD0CAD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First Elected</w:t>
            </w:r>
          </w:p>
        </w:tc>
        <w:tc>
          <w:tcPr>
            <w:tcW w:w="2089" w:type="dxa"/>
            <w:shd w:val="clear" w:color="auto" w:fill="BDD7EE"/>
          </w:tcPr>
          <w:p w14:paraId="0CCC3E0A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b/>
                <w:szCs w:val="18"/>
              </w:rPr>
              <w:t>Term</w:t>
            </w:r>
          </w:p>
        </w:tc>
        <w:tc>
          <w:tcPr>
            <w:tcW w:w="2033" w:type="dxa"/>
            <w:shd w:val="clear" w:color="auto" w:fill="BDD7EE"/>
          </w:tcPr>
          <w:p w14:paraId="2B6203B4" w14:textId="30EEB8A9" w:rsidR="005476F9" w:rsidRPr="00264A35" w:rsidRDefault="005476F9" w:rsidP="00264A35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Last Elected</w:t>
            </w:r>
          </w:p>
        </w:tc>
        <w:tc>
          <w:tcPr>
            <w:tcW w:w="2324" w:type="dxa"/>
            <w:shd w:val="clear" w:color="auto" w:fill="BDD7EE"/>
          </w:tcPr>
          <w:p w14:paraId="1274BC69" w14:textId="3544CC65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b/>
                <w:szCs w:val="18"/>
              </w:rPr>
              <w:t>Next</w:t>
            </w:r>
          </w:p>
        </w:tc>
        <w:tc>
          <w:tcPr>
            <w:tcW w:w="236" w:type="dxa"/>
          </w:tcPr>
          <w:p w14:paraId="236CB328" w14:textId="77777777" w:rsidR="005476F9" w:rsidRDefault="005476F9"/>
        </w:tc>
      </w:tr>
      <w:tr w:rsidR="005476F9" w14:paraId="74564E23" w14:textId="77777777" w:rsidTr="00876091">
        <w:tc>
          <w:tcPr>
            <w:tcW w:w="2192" w:type="dxa"/>
            <w:shd w:val="clear" w:color="auto" w:fill="F2F2F2"/>
          </w:tcPr>
          <w:p w14:paraId="56448211" w14:textId="77777777" w:rsidR="005476F9" w:rsidRPr="00264A35" w:rsidRDefault="005476F9">
            <w:pPr>
              <w:rPr>
                <w:szCs w:val="18"/>
              </w:rPr>
            </w:pPr>
            <w:r w:rsidRPr="00264A35">
              <w:rPr>
                <w:szCs w:val="18"/>
              </w:rPr>
              <w:t>Mrs C. Rafton</w:t>
            </w:r>
          </w:p>
        </w:tc>
        <w:tc>
          <w:tcPr>
            <w:tcW w:w="2135" w:type="dxa"/>
            <w:shd w:val="clear" w:color="auto" w:fill="F2F2F2"/>
          </w:tcPr>
          <w:p w14:paraId="1D3EB6CC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Nov 2017</w:t>
            </w:r>
          </w:p>
        </w:tc>
        <w:tc>
          <w:tcPr>
            <w:tcW w:w="2089" w:type="dxa"/>
            <w:shd w:val="clear" w:color="auto" w:fill="F2F2F2"/>
          </w:tcPr>
          <w:p w14:paraId="09F763D0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3 years</w:t>
            </w:r>
          </w:p>
        </w:tc>
        <w:tc>
          <w:tcPr>
            <w:tcW w:w="2033" w:type="dxa"/>
            <w:shd w:val="clear" w:color="auto" w:fill="F2F2F2"/>
          </w:tcPr>
          <w:p w14:paraId="06F73A0E" w14:textId="16BB8A1A" w:rsidR="005476F9" w:rsidRPr="00264A35" w:rsidRDefault="005476F9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Nov 202</w:t>
            </w:r>
            <w:r w:rsidR="00BD4266">
              <w:rPr>
                <w:szCs w:val="18"/>
              </w:rPr>
              <w:t>6</w:t>
            </w:r>
          </w:p>
        </w:tc>
        <w:tc>
          <w:tcPr>
            <w:tcW w:w="2324" w:type="dxa"/>
            <w:shd w:val="clear" w:color="auto" w:fill="FCE4D6"/>
          </w:tcPr>
          <w:p w14:paraId="72BCE2C6" w14:textId="2B617BFA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202</w:t>
            </w:r>
            <w:r w:rsidR="00BD4266">
              <w:rPr>
                <w:szCs w:val="18"/>
              </w:rPr>
              <w:t>9</w:t>
            </w:r>
          </w:p>
        </w:tc>
        <w:tc>
          <w:tcPr>
            <w:tcW w:w="236" w:type="dxa"/>
          </w:tcPr>
          <w:p w14:paraId="5354B952" w14:textId="77777777" w:rsidR="005476F9" w:rsidRDefault="005476F9"/>
        </w:tc>
      </w:tr>
      <w:tr w:rsidR="005476F9" w14:paraId="45D21915" w14:textId="77777777" w:rsidTr="00876091">
        <w:tc>
          <w:tcPr>
            <w:tcW w:w="2192" w:type="dxa"/>
          </w:tcPr>
          <w:p w14:paraId="2E007C44" w14:textId="77777777" w:rsidR="005476F9" w:rsidRPr="00264A35" w:rsidRDefault="005476F9">
            <w:pPr>
              <w:rPr>
                <w:szCs w:val="18"/>
              </w:rPr>
            </w:pPr>
            <w:r w:rsidRPr="00264A35">
              <w:rPr>
                <w:szCs w:val="18"/>
              </w:rPr>
              <w:t>Dr K. Hedberg</w:t>
            </w:r>
          </w:p>
        </w:tc>
        <w:tc>
          <w:tcPr>
            <w:tcW w:w="2135" w:type="dxa"/>
          </w:tcPr>
          <w:p w14:paraId="63AC17BD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Nov 2017</w:t>
            </w:r>
          </w:p>
        </w:tc>
        <w:tc>
          <w:tcPr>
            <w:tcW w:w="2089" w:type="dxa"/>
          </w:tcPr>
          <w:p w14:paraId="5C17A219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3 years</w:t>
            </w:r>
          </w:p>
        </w:tc>
        <w:tc>
          <w:tcPr>
            <w:tcW w:w="2033" w:type="dxa"/>
          </w:tcPr>
          <w:p w14:paraId="659F2D25" w14:textId="3DA36ABA" w:rsidR="005476F9" w:rsidRPr="00264A35" w:rsidRDefault="005476F9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Nov 202</w:t>
            </w:r>
            <w:r w:rsidR="00BD4266">
              <w:rPr>
                <w:szCs w:val="18"/>
              </w:rPr>
              <w:t>6</w:t>
            </w:r>
          </w:p>
        </w:tc>
        <w:tc>
          <w:tcPr>
            <w:tcW w:w="2324" w:type="dxa"/>
            <w:shd w:val="clear" w:color="auto" w:fill="FCE4D6"/>
          </w:tcPr>
          <w:p w14:paraId="11B27D44" w14:textId="23A64B90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202</w:t>
            </w:r>
            <w:r w:rsidR="00BD4266">
              <w:rPr>
                <w:szCs w:val="18"/>
              </w:rPr>
              <w:t>9</w:t>
            </w:r>
          </w:p>
        </w:tc>
        <w:tc>
          <w:tcPr>
            <w:tcW w:w="236" w:type="dxa"/>
          </w:tcPr>
          <w:p w14:paraId="077C4790" w14:textId="77777777" w:rsidR="005476F9" w:rsidRDefault="005476F9"/>
        </w:tc>
      </w:tr>
      <w:tr w:rsidR="005476F9" w14:paraId="4A5C0AF3" w14:textId="77777777" w:rsidTr="00876091">
        <w:tc>
          <w:tcPr>
            <w:tcW w:w="2192" w:type="dxa"/>
            <w:shd w:val="clear" w:color="auto" w:fill="F2F2F2"/>
          </w:tcPr>
          <w:p w14:paraId="28191631" w14:textId="77777777" w:rsidR="005476F9" w:rsidRPr="00264A35" w:rsidRDefault="005476F9">
            <w:pPr>
              <w:rPr>
                <w:szCs w:val="18"/>
              </w:rPr>
            </w:pPr>
            <w:r w:rsidRPr="00264A35">
              <w:rPr>
                <w:szCs w:val="18"/>
              </w:rPr>
              <w:t>Mr R. Sinclair</w:t>
            </w:r>
          </w:p>
        </w:tc>
        <w:tc>
          <w:tcPr>
            <w:tcW w:w="2135" w:type="dxa"/>
            <w:shd w:val="clear" w:color="auto" w:fill="F2F2F2"/>
          </w:tcPr>
          <w:p w14:paraId="65752E4A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Nov 2025</w:t>
            </w:r>
          </w:p>
        </w:tc>
        <w:tc>
          <w:tcPr>
            <w:tcW w:w="2089" w:type="dxa"/>
            <w:shd w:val="clear" w:color="auto" w:fill="F2F2F2"/>
          </w:tcPr>
          <w:p w14:paraId="5B7DBA94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3 years</w:t>
            </w:r>
          </w:p>
        </w:tc>
        <w:tc>
          <w:tcPr>
            <w:tcW w:w="2033" w:type="dxa"/>
            <w:shd w:val="clear" w:color="auto" w:fill="F2F2F2"/>
          </w:tcPr>
          <w:p w14:paraId="12754297" w14:textId="08D29A6F" w:rsidR="005476F9" w:rsidRPr="00264A35" w:rsidRDefault="005476F9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Nov 2025</w:t>
            </w:r>
          </w:p>
        </w:tc>
        <w:tc>
          <w:tcPr>
            <w:tcW w:w="2324" w:type="dxa"/>
            <w:shd w:val="clear" w:color="auto" w:fill="DBE5F1" w:themeFill="accent1" w:themeFillTint="33"/>
          </w:tcPr>
          <w:p w14:paraId="016B969D" w14:textId="2693E2EC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2028</w:t>
            </w:r>
          </w:p>
        </w:tc>
        <w:tc>
          <w:tcPr>
            <w:tcW w:w="236" w:type="dxa"/>
          </w:tcPr>
          <w:p w14:paraId="177DA628" w14:textId="77777777" w:rsidR="005476F9" w:rsidRDefault="005476F9"/>
        </w:tc>
      </w:tr>
      <w:tr w:rsidR="005476F9" w14:paraId="5FB0F172" w14:textId="77777777" w:rsidTr="00876091">
        <w:tc>
          <w:tcPr>
            <w:tcW w:w="2192" w:type="dxa"/>
          </w:tcPr>
          <w:p w14:paraId="481CD705" w14:textId="77777777" w:rsidR="005476F9" w:rsidRPr="00264A35" w:rsidRDefault="005476F9">
            <w:pPr>
              <w:rPr>
                <w:szCs w:val="18"/>
              </w:rPr>
            </w:pPr>
            <w:r w:rsidRPr="00264A35">
              <w:rPr>
                <w:szCs w:val="18"/>
              </w:rPr>
              <w:t>Mr A. McIlrath</w:t>
            </w:r>
          </w:p>
        </w:tc>
        <w:tc>
          <w:tcPr>
            <w:tcW w:w="2135" w:type="dxa"/>
          </w:tcPr>
          <w:p w14:paraId="1571A898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Nov 2021</w:t>
            </w:r>
          </w:p>
        </w:tc>
        <w:tc>
          <w:tcPr>
            <w:tcW w:w="2089" w:type="dxa"/>
          </w:tcPr>
          <w:p w14:paraId="445D9786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3 years</w:t>
            </w:r>
          </w:p>
        </w:tc>
        <w:tc>
          <w:tcPr>
            <w:tcW w:w="2033" w:type="dxa"/>
          </w:tcPr>
          <w:p w14:paraId="05D5662A" w14:textId="448656E4" w:rsidR="005476F9" w:rsidRPr="00264A35" w:rsidRDefault="005476F9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Nov 2024</w:t>
            </w:r>
          </w:p>
        </w:tc>
        <w:tc>
          <w:tcPr>
            <w:tcW w:w="2324" w:type="dxa"/>
            <w:shd w:val="clear" w:color="auto" w:fill="EAF1DD" w:themeFill="accent3" w:themeFillTint="33"/>
          </w:tcPr>
          <w:p w14:paraId="558AD462" w14:textId="37885FF1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2027</w:t>
            </w:r>
          </w:p>
        </w:tc>
        <w:tc>
          <w:tcPr>
            <w:tcW w:w="236" w:type="dxa"/>
          </w:tcPr>
          <w:p w14:paraId="4A02923C" w14:textId="77777777" w:rsidR="005476F9" w:rsidRDefault="005476F9"/>
        </w:tc>
      </w:tr>
      <w:tr w:rsidR="00443E72" w14:paraId="397D4BA5" w14:textId="77777777" w:rsidTr="00443E72">
        <w:tc>
          <w:tcPr>
            <w:tcW w:w="2192" w:type="dxa"/>
            <w:shd w:val="clear" w:color="auto" w:fill="F2F2F2"/>
          </w:tcPr>
          <w:p w14:paraId="222B809A" w14:textId="77777777" w:rsidR="00443E72" w:rsidRPr="00264A35" w:rsidRDefault="00443E72" w:rsidP="00443E72">
            <w:pPr>
              <w:rPr>
                <w:szCs w:val="18"/>
              </w:rPr>
            </w:pPr>
            <w:r w:rsidRPr="00264A35">
              <w:rPr>
                <w:szCs w:val="18"/>
              </w:rPr>
              <w:t>Mrs S. McFadden</w:t>
            </w:r>
          </w:p>
        </w:tc>
        <w:tc>
          <w:tcPr>
            <w:tcW w:w="2135" w:type="dxa"/>
            <w:shd w:val="clear" w:color="auto" w:fill="F2F2F2"/>
          </w:tcPr>
          <w:p w14:paraId="79F153C8" w14:textId="77777777" w:rsidR="00443E72" w:rsidRPr="00264A35" w:rsidRDefault="00443E72" w:rsidP="00443E72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Nov 2022</w:t>
            </w:r>
          </w:p>
        </w:tc>
        <w:tc>
          <w:tcPr>
            <w:tcW w:w="2089" w:type="dxa"/>
            <w:shd w:val="clear" w:color="auto" w:fill="F2F2F2"/>
          </w:tcPr>
          <w:p w14:paraId="3A281691" w14:textId="77777777" w:rsidR="00443E72" w:rsidRPr="00264A35" w:rsidRDefault="00443E72" w:rsidP="00443E72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3 years</w:t>
            </w:r>
          </w:p>
        </w:tc>
        <w:tc>
          <w:tcPr>
            <w:tcW w:w="2033" w:type="dxa"/>
            <w:shd w:val="clear" w:color="auto" w:fill="F2F2F2"/>
          </w:tcPr>
          <w:p w14:paraId="7C25CAE8" w14:textId="4478B694" w:rsidR="00443E72" w:rsidRPr="00264A35" w:rsidRDefault="00443E72" w:rsidP="00443E7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Nov 2025</w:t>
            </w:r>
          </w:p>
        </w:tc>
        <w:tc>
          <w:tcPr>
            <w:tcW w:w="2324" w:type="dxa"/>
            <w:shd w:val="clear" w:color="auto" w:fill="DBE5F1" w:themeFill="accent1" w:themeFillTint="33"/>
          </w:tcPr>
          <w:p w14:paraId="2EF69CB5" w14:textId="1D67CD3C" w:rsidR="00443E72" w:rsidRPr="00264A35" w:rsidRDefault="00443E72" w:rsidP="00443E72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2028</w:t>
            </w:r>
          </w:p>
        </w:tc>
        <w:tc>
          <w:tcPr>
            <w:tcW w:w="236" w:type="dxa"/>
          </w:tcPr>
          <w:p w14:paraId="45E69209" w14:textId="77777777" w:rsidR="00443E72" w:rsidRDefault="00443E72" w:rsidP="00443E72"/>
        </w:tc>
      </w:tr>
      <w:tr w:rsidR="00443E72" w14:paraId="5FFD3DD0" w14:textId="77777777" w:rsidTr="00876091">
        <w:tc>
          <w:tcPr>
            <w:tcW w:w="2192" w:type="dxa"/>
          </w:tcPr>
          <w:p w14:paraId="16CBD3C2" w14:textId="77777777" w:rsidR="00443E72" w:rsidRPr="00264A35" w:rsidRDefault="00443E72" w:rsidP="00443E72">
            <w:pPr>
              <w:rPr>
                <w:szCs w:val="18"/>
              </w:rPr>
            </w:pPr>
            <w:r w:rsidRPr="00264A35">
              <w:rPr>
                <w:szCs w:val="18"/>
              </w:rPr>
              <w:t>Mr P. Brown</w:t>
            </w:r>
          </w:p>
        </w:tc>
        <w:tc>
          <w:tcPr>
            <w:tcW w:w="2135" w:type="dxa"/>
          </w:tcPr>
          <w:p w14:paraId="248772A6" w14:textId="77777777" w:rsidR="00443E72" w:rsidRPr="00264A35" w:rsidRDefault="00443E72" w:rsidP="00443E72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Nov 2025</w:t>
            </w:r>
          </w:p>
        </w:tc>
        <w:tc>
          <w:tcPr>
            <w:tcW w:w="2089" w:type="dxa"/>
          </w:tcPr>
          <w:p w14:paraId="7B46147B" w14:textId="77777777" w:rsidR="00443E72" w:rsidRPr="00264A35" w:rsidRDefault="00443E72" w:rsidP="00443E72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3 years</w:t>
            </w:r>
          </w:p>
        </w:tc>
        <w:tc>
          <w:tcPr>
            <w:tcW w:w="2033" w:type="dxa"/>
          </w:tcPr>
          <w:p w14:paraId="28B850DC" w14:textId="4E83B651" w:rsidR="00443E72" w:rsidRPr="00264A35" w:rsidRDefault="00443E72" w:rsidP="00443E7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Nov 2025</w:t>
            </w:r>
          </w:p>
        </w:tc>
        <w:tc>
          <w:tcPr>
            <w:tcW w:w="2324" w:type="dxa"/>
            <w:shd w:val="clear" w:color="auto" w:fill="DBE5F1" w:themeFill="accent1" w:themeFillTint="33"/>
          </w:tcPr>
          <w:p w14:paraId="4A8CAC24" w14:textId="50E628CE" w:rsidR="00443E72" w:rsidRPr="00264A35" w:rsidRDefault="00443E72" w:rsidP="00443E72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2028</w:t>
            </w:r>
          </w:p>
        </w:tc>
        <w:tc>
          <w:tcPr>
            <w:tcW w:w="236" w:type="dxa"/>
          </w:tcPr>
          <w:p w14:paraId="11B4CBDB" w14:textId="77777777" w:rsidR="00443E72" w:rsidRDefault="00443E72" w:rsidP="00443E72"/>
        </w:tc>
      </w:tr>
      <w:tr w:rsidR="00443E72" w14:paraId="6FC8BBCE" w14:textId="77777777" w:rsidTr="00876091">
        <w:tc>
          <w:tcPr>
            <w:tcW w:w="2192" w:type="dxa"/>
            <w:shd w:val="clear" w:color="auto" w:fill="F2F2F2"/>
          </w:tcPr>
          <w:p w14:paraId="113949AE" w14:textId="77777777" w:rsidR="00443E72" w:rsidRPr="00264A35" w:rsidRDefault="00443E72" w:rsidP="00443E72">
            <w:pPr>
              <w:rPr>
                <w:szCs w:val="18"/>
              </w:rPr>
            </w:pPr>
            <w:r w:rsidRPr="00264A35">
              <w:rPr>
                <w:szCs w:val="18"/>
              </w:rPr>
              <w:t>Mrs T. Hofman</w:t>
            </w:r>
          </w:p>
        </w:tc>
        <w:tc>
          <w:tcPr>
            <w:tcW w:w="2135" w:type="dxa"/>
            <w:shd w:val="clear" w:color="auto" w:fill="F2F2F2"/>
          </w:tcPr>
          <w:p w14:paraId="5DCC4804" w14:textId="77777777" w:rsidR="00443E72" w:rsidRPr="00264A35" w:rsidRDefault="00443E72" w:rsidP="00443E72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Nov 2025</w:t>
            </w:r>
          </w:p>
        </w:tc>
        <w:tc>
          <w:tcPr>
            <w:tcW w:w="2089" w:type="dxa"/>
            <w:shd w:val="clear" w:color="auto" w:fill="F2F2F2"/>
          </w:tcPr>
          <w:p w14:paraId="00F396F3" w14:textId="77777777" w:rsidR="00443E72" w:rsidRPr="00264A35" w:rsidRDefault="00443E72" w:rsidP="00443E72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3 years</w:t>
            </w:r>
          </w:p>
        </w:tc>
        <w:tc>
          <w:tcPr>
            <w:tcW w:w="2033" w:type="dxa"/>
            <w:shd w:val="clear" w:color="auto" w:fill="F2F2F2"/>
          </w:tcPr>
          <w:p w14:paraId="03BB6618" w14:textId="109CCF09" w:rsidR="00443E72" w:rsidRPr="00264A35" w:rsidRDefault="00443E72" w:rsidP="00443E7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Nov 2025</w:t>
            </w:r>
          </w:p>
        </w:tc>
        <w:tc>
          <w:tcPr>
            <w:tcW w:w="2324" w:type="dxa"/>
            <w:shd w:val="clear" w:color="auto" w:fill="DBE5F1" w:themeFill="accent1" w:themeFillTint="33"/>
          </w:tcPr>
          <w:p w14:paraId="1BF2A56C" w14:textId="4202E296" w:rsidR="00443E72" w:rsidRPr="00264A35" w:rsidRDefault="00443E72" w:rsidP="00443E72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2028</w:t>
            </w:r>
          </w:p>
        </w:tc>
        <w:tc>
          <w:tcPr>
            <w:tcW w:w="236" w:type="dxa"/>
          </w:tcPr>
          <w:p w14:paraId="46C0DC1A" w14:textId="77777777" w:rsidR="00443E72" w:rsidRDefault="00443E72" w:rsidP="00443E72"/>
        </w:tc>
      </w:tr>
      <w:tr w:rsidR="00443E72" w14:paraId="5667D94D" w14:textId="77777777" w:rsidTr="00876091">
        <w:tc>
          <w:tcPr>
            <w:tcW w:w="2192" w:type="dxa"/>
          </w:tcPr>
          <w:p w14:paraId="02D9B4A4" w14:textId="77777777" w:rsidR="00443E72" w:rsidRPr="00264A35" w:rsidRDefault="00443E72" w:rsidP="00443E72">
            <w:pPr>
              <w:rPr>
                <w:szCs w:val="18"/>
              </w:rPr>
            </w:pPr>
            <w:r w:rsidRPr="00264A35">
              <w:rPr>
                <w:szCs w:val="18"/>
              </w:rPr>
              <w:t>Mrs L. Brand</w:t>
            </w:r>
          </w:p>
        </w:tc>
        <w:tc>
          <w:tcPr>
            <w:tcW w:w="2135" w:type="dxa"/>
          </w:tcPr>
          <w:p w14:paraId="74F3B325" w14:textId="77777777" w:rsidR="00443E72" w:rsidRPr="00264A35" w:rsidRDefault="00443E72" w:rsidP="00443E72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Nov 2016</w:t>
            </w:r>
          </w:p>
        </w:tc>
        <w:tc>
          <w:tcPr>
            <w:tcW w:w="2089" w:type="dxa"/>
          </w:tcPr>
          <w:p w14:paraId="442C7BCB" w14:textId="77777777" w:rsidR="00443E72" w:rsidRPr="00264A35" w:rsidRDefault="00443E72" w:rsidP="00443E72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3 years</w:t>
            </w:r>
          </w:p>
        </w:tc>
        <w:tc>
          <w:tcPr>
            <w:tcW w:w="2033" w:type="dxa"/>
          </w:tcPr>
          <w:p w14:paraId="3C9C6EA4" w14:textId="38DA0E63" w:rsidR="00443E72" w:rsidRDefault="00443E72" w:rsidP="00443E7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Nov 2025</w:t>
            </w:r>
          </w:p>
        </w:tc>
        <w:tc>
          <w:tcPr>
            <w:tcW w:w="2324" w:type="dxa"/>
            <w:shd w:val="clear" w:color="auto" w:fill="DBE5F1" w:themeFill="accent1" w:themeFillTint="33"/>
          </w:tcPr>
          <w:p w14:paraId="7995F422" w14:textId="474852C7" w:rsidR="00443E72" w:rsidRPr="00264A35" w:rsidRDefault="00443E72" w:rsidP="00443E72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2028</w:t>
            </w:r>
          </w:p>
        </w:tc>
        <w:tc>
          <w:tcPr>
            <w:tcW w:w="236" w:type="dxa"/>
          </w:tcPr>
          <w:p w14:paraId="08C3B0F2" w14:textId="77777777" w:rsidR="00443E72" w:rsidRDefault="00443E72" w:rsidP="00443E72"/>
        </w:tc>
      </w:tr>
    </w:tbl>
    <w:p w14:paraId="69085150" w14:textId="06F9D955" w:rsidR="00631F5A" w:rsidRDefault="00876091">
      <w:pPr>
        <w:shd w:val="clear" w:color="auto" w:fill="1F4E79"/>
      </w:pPr>
      <w:r>
        <w:rPr>
          <w:b/>
          <w:color w:val="FFFFFF"/>
          <w:sz w:val="22"/>
        </w:rPr>
        <w:t>Hunter Region</w:t>
      </w:r>
      <w:r w:rsidR="009739C7">
        <w:rPr>
          <w:b/>
          <w:color w:val="FFFFFF"/>
          <w:sz w:val="22"/>
        </w:rPr>
        <w:t xml:space="preserve"> </w:t>
      </w:r>
      <w:r w:rsidR="00A7543F">
        <w:rPr>
          <w:b/>
          <w:color w:val="FFFFFF"/>
          <w:sz w:val="22"/>
        </w:rPr>
        <w:t>–</w:t>
      </w:r>
      <w:r w:rsidR="009739C7">
        <w:rPr>
          <w:b/>
          <w:color w:val="FFFFFF"/>
          <w:sz w:val="22"/>
        </w:rPr>
        <w:t xml:space="preserve"> </w:t>
      </w:r>
      <w:r w:rsidR="00A7543F" w:rsidRPr="007437B0">
        <w:rPr>
          <w:bCs/>
          <w:color w:val="FFFFFF"/>
          <w:sz w:val="20"/>
          <w:szCs w:val="20"/>
        </w:rPr>
        <w:t>11</w:t>
      </w:r>
      <w:r w:rsidR="003641C9">
        <w:rPr>
          <w:bCs/>
          <w:color w:val="FFFFFF"/>
          <w:sz w:val="20"/>
          <w:szCs w:val="20"/>
        </w:rPr>
        <w:t>80</w:t>
      </w:r>
      <w:r w:rsidR="00A7543F">
        <w:rPr>
          <w:b/>
          <w:color w:val="FFFFFF"/>
          <w:sz w:val="22"/>
        </w:rPr>
        <w:t xml:space="preserve"> </w:t>
      </w:r>
      <w:r w:rsidR="008563F0" w:rsidRPr="009739C7">
        <w:rPr>
          <w:bCs/>
          <w:color w:val="FFFFFF"/>
          <w:sz w:val="20"/>
          <w:szCs w:val="20"/>
        </w:rPr>
        <w:t xml:space="preserve">Members as </w:t>
      </w:r>
      <w:proofErr w:type="gramStart"/>
      <w:r w:rsidR="008563F0" w:rsidRPr="009739C7">
        <w:rPr>
          <w:bCs/>
          <w:color w:val="FFFFFF"/>
          <w:sz w:val="20"/>
          <w:szCs w:val="20"/>
        </w:rPr>
        <w:t>at</w:t>
      </w:r>
      <w:proofErr w:type="gramEnd"/>
      <w:r w:rsidR="008563F0" w:rsidRPr="009739C7">
        <w:rPr>
          <w:bCs/>
          <w:color w:val="FFFFFF"/>
          <w:sz w:val="20"/>
          <w:szCs w:val="20"/>
        </w:rPr>
        <w:t xml:space="preserve"> </w:t>
      </w:r>
      <w:r w:rsidR="008563F0">
        <w:rPr>
          <w:bCs/>
          <w:color w:val="FFFFFF"/>
          <w:sz w:val="20"/>
          <w:szCs w:val="20"/>
        </w:rPr>
        <w:t>November 2025</w:t>
      </w:r>
    </w:p>
    <w:tbl>
      <w:tblPr>
        <w:tblW w:w="11009" w:type="dxa"/>
        <w:tblLayout w:type="fixed"/>
        <w:tblLook w:val="04A0" w:firstRow="1" w:lastRow="0" w:firstColumn="1" w:lastColumn="0" w:noHBand="0" w:noVBand="1"/>
      </w:tblPr>
      <w:tblGrid>
        <w:gridCol w:w="2137"/>
        <w:gridCol w:w="2148"/>
        <w:gridCol w:w="2102"/>
        <w:gridCol w:w="2048"/>
        <w:gridCol w:w="2338"/>
        <w:gridCol w:w="236"/>
      </w:tblGrid>
      <w:tr w:rsidR="005476F9" w14:paraId="175B0711" w14:textId="77777777" w:rsidTr="00876091">
        <w:tc>
          <w:tcPr>
            <w:tcW w:w="2137" w:type="dxa"/>
            <w:shd w:val="clear" w:color="auto" w:fill="BDD7EE"/>
          </w:tcPr>
          <w:p w14:paraId="7F244AF1" w14:textId="77777777" w:rsidR="005476F9" w:rsidRPr="00264A35" w:rsidRDefault="005476F9">
            <w:pPr>
              <w:rPr>
                <w:szCs w:val="18"/>
              </w:rPr>
            </w:pPr>
            <w:r w:rsidRPr="00264A35">
              <w:rPr>
                <w:b/>
                <w:szCs w:val="18"/>
              </w:rPr>
              <w:t>Name</w:t>
            </w:r>
          </w:p>
        </w:tc>
        <w:tc>
          <w:tcPr>
            <w:tcW w:w="2148" w:type="dxa"/>
            <w:shd w:val="clear" w:color="auto" w:fill="BDD7EE"/>
          </w:tcPr>
          <w:p w14:paraId="2E5BFA6F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First Elected</w:t>
            </w:r>
          </w:p>
        </w:tc>
        <w:tc>
          <w:tcPr>
            <w:tcW w:w="2102" w:type="dxa"/>
            <w:shd w:val="clear" w:color="auto" w:fill="BDD7EE"/>
          </w:tcPr>
          <w:p w14:paraId="19A349F8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b/>
                <w:szCs w:val="18"/>
              </w:rPr>
              <w:t>Term</w:t>
            </w:r>
          </w:p>
        </w:tc>
        <w:tc>
          <w:tcPr>
            <w:tcW w:w="2048" w:type="dxa"/>
            <w:shd w:val="clear" w:color="auto" w:fill="BDD7EE"/>
          </w:tcPr>
          <w:p w14:paraId="2E1A5A72" w14:textId="0F81C5CA" w:rsidR="005476F9" w:rsidRPr="00264A35" w:rsidRDefault="005476F9" w:rsidP="00264A35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Last Elected</w:t>
            </w:r>
          </w:p>
        </w:tc>
        <w:tc>
          <w:tcPr>
            <w:tcW w:w="2338" w:type="dxa"/>
            <w:shd w:val="clear" w:color="auto" w:fill="BDD7EE"/>
          </w:tcPr>
          <w:p w14:paraId="28597A2C" w14:textId="73AF7B4E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b/>
                <w:szCs w:val="18"/>
              </w:rPr>
              <w:t>Next</w:t>
            </w:r>
          </w:p>
        </w:tc>
        <w:tc>
          <w:tcPr>
            <w:tcW w:w="236" w:type="dxa"/>
          </w:tcPr>
          <w:p w14:paraId="0BB0C3FA" w14:textId="77777777" w:rsidR="005476F9" w:rsidRDefault="005476F9"/>
        </w:tc>
      </w:tr>
      <w:tr w:rsidR="005476F9" w14:paraId="14C41E74" w14:textId="77777777" w:rsidTr="00876091">
        <w:tc>
          <w:tcPr>
            <w:tcW w:w="2137" w:type="dxa"/>
            <w:shd w:val="clear" w:color="auto" w:fill="F2F2F2"/>
          </w:tcPr>
          <w:p w14:paraId="1A2AE853" w14:textId="77777777" w:rsidR="005476F9" w:rsidRPr="00264A35" w:rsidRDefault="005476F9">
            <w:pPr>
              <w:rPr>
                <w:szCs w:val="18"/>
              </w:rPr>
            </w:pPr>
            <w:r w:rsidRPr="00264A35">
              <w:rPr>
                <w:szCs w:val="18"/>
              </w:rPr>
              <w:t>Mr G. Vernon</w:t>
            </w:r>
          </w:p>
        </w:tc>
        <w:tc>
          <w:tcPr>
            <w:tcW w:w="2148" w:type="dxa"/>
            <w:shd w:val="clear" w:color="auto" w:fill="F2F2F2"/>
          </w:tcPr>
          <w:p w14:paraId="7B1F8720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Nov 2021</w:t>
            </w:r>
          </w:p>
        </w:tc>
        <w:tc>
          <w:tcPr>
            <w:tcW w:w="2102" w:type="dxa"/>
            <w:shd w:val="clear" w:color="auto" w:fill="F2F2F2"/>
          </w:tcPr>
          <w:p w14:paraId="038FC1B4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3 years</w:t>
            </w:r>
          </w:p>
        </w:tc>
        <w:tc>
          <w:tcPr>
            <w:tcW w:w="2048" w:type="dxa"/>
            <w:shd w:val="clear" w:color="auto" w:fill="F2F2F2"/>
          </w:tcPr>
          <w:p w14:paraId="30573188" w14:textId="3F5383AC" w:rsidR="005476F9" w:rsidRPr="00264A35" w:rsidRDefault="005476F9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Nov 2024</w:t>
            </w:r>
          </w:p>
        </w:tc>
        <w:tc>
          <w:tcPr>
            <w:tcW w:w="2338" w:type="dxa"/>
            <w:shd w:val="clear" w:color="auto" w:fill="EAF1DD" w:themeFill="accent3" w:themeFillTint="33"/>
          </w:tcPr>
          <w:p w14:paraId="3D06B93C" w14:textId="440C8BAC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2027</w:t>
            </w:r>
          </w:p>
        </w:tc>
        <w:tc>
          <w:tcPr>
            <w:tcW w:w="236" w:type="dxa"/>
          </w:tcPr>
          <w:p w14:paraId="45FCF808" w14:textId="77777777" w:rsidR="005476F9" w:rsidRDefault="005476F9"/>
        </w:tc>
      </w:tr>
      <w:tr w:rsidR="005476F9" w14:paraId="7941C1EC" w14:textId="77777777" w:rsidTr="00876091">
        <w:tc>
          <w:tcPr>
            <w:tcW w:w="2137" w:type="dxa"/>
          </w:tcPr>
          <w:p w14:paraId="42D10FEC" w14:textId="77777777" w:rsidR="005476F9" w:rsidRPr="00264A35" w:rsidRDefault="005476F9">
            <w:pPr>
              <w:rPr>
                <w:szCs w:val="18"/>
              </w:rPr>
            </w:pPr>
            <w:r w:rsidRPr="00264A35">
              <w:rPr>
                <w:szCs w:val="18"/>
              </w:rPr>
              <w:t>Mr J. Bryson</w:t>
            </w:r>
          </w:p>
        </w:tc>
        <w:tc>
          <w:tcPr>
            <w:tcW w:w="2148" w:type="dxa"/>
          </w:tcPr>
          <w:p w14:paraId="695CAB05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Nov 2023</w:t>
            </w:r>
          </w:p>
        </w:tc>
        <w:tc>
          <w:tcPr>
            <w:tcW w:w="2102" w:type="dxa"/>
          </w:tcPr>
          <w:p w14:paraId="2319DA4D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3 years</w:t>
            </w:r>
          </w:p>
        </w:tc>
        <w:tc>
          <w:tcPr>
            <w:tcW w:w="2048" w:type="dxa"/>
          </w:tcPr>
          <w:p w14:paraId="471FEF79" w14:textId="53FE7D7E" w:rsidR="005476F9" w:rsidRPr="00264A35" w:rsidRDefault="005476F9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Nov 202</w:t>
            </w:r>
            <w:r w:rsidR="00AF2DA1">
              <w:rPr>
                <w:szCs w:val="18"/>
              </w:rPr>
              <w:t>6</w:t>
            </w:r>
          </w:p>
        </w:tc>
        <w:tc>
          <w:tcPr>
            <w:tcW w:w="2338" w:type="dxa"/>
            <w:shd w:val="clear" w:color="auto" w:fill="FCE4D6"/>
          </w:tcPr>
          <w:p w14:paraId="31D87CA3" w14:textId="43DCA8D4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202</w:t>
            </w:r>
            <w:r w:rsidR="00AF2DA1">
              <w:rPr>
                <w:szCs w:val="18"/>
              </w:rPr>
              <w:t>9</w:t>
            </w:r>
          </w:p>
        </w:tc>
        <w:tc>
          <w:tcPr>
            <w:tcW w:w="236" w:type="dxa"/>
          </w:tcPr>
          <w:p w14:paraId="593249B0" w14:textId="77777777" w:rsidR="005476F9" w:rsidRDefault="005476F9"/>
        </w:tc>
      </w:tr>
    </w:tbl>
    <w:p w14:paraId="6AB96488" w14:textId="5D4D8511" w:rsidR="00631F5A" w:rsidRDefault="00876091">
      <w:pPr>
        <w:shd w:val="clear" w:color="auto" w:fill="1F4E79"/>
      </w:pPr>
      <w:r>
        <w:rPr>
          <w:b/>
          <w:color w:val="FFFFFF"/>
          <w:sz w:val="22"/>
        </w:rPr>
        <w:t>Illawarra &amp; S</w:t>
      </w:r>
      <w:r w:rsidR="00F919B0">
        <w:rPr>
          <w:b/>
          <w:color w:val="FFFFFF"/>
          <w:sz w:val="22"/>
        </w:rPr>
        <w:t xml:space="preserve">outh </w:t>
      </w:r>
      <w:proofErr w:type="gramStart"/>
      <w:r>
        <w:rPr>
          <w:b/>
          <w:color w:val="FFFFFF"/>
          <w:sz w:val="22"/>
        </w:rPr>
        <w:t>E</w:t>
      </w:r>
      <w:r w:rsidR="00F919B0">
        <w:rPr>
          <w:b/>
          <w:color w:val="FFFFFF"/>
          <w:sz w:val="22"/>
        </w:rPr>
        <w:t xml:space="preserve">ast </w:t>
      </w:r>
      <w:r>
        <w:rPr>
          <w:b/>
          <w:color w:val="FFFFFF"/>
          <w:sz w:val="22"/>
        </w:rPr>
        <w:t xml:space="preserve"> Region</w:t>
      </w:r>
      <w:proofErr w:type="gramEnd"/>
      <w:r w:rsidR="00A7543F">
        <w:rPr>
          <w:b/>
          <w:color w:val="FFFFFF"/>
          <w:sz w:val="22"/>
        </w:rPr>
        <w:t xml:space="preserve"> </w:t>
      </w:r>
      <w:r w:rsidR="00757A75">
        <w:rPr>
          <w:b/>
          <w:color w:val="FFFFFF"/>
          <w:sz w:val="22"/>
        </w:rPr>
        <w:t>–</w:t>
      </w:r>
      <w:r w:rsidR="00A7543F">
        <w:rPr>
          <w:b/>
          <w:color w:val="FFFFFF"/>
          <w:sz w:val="22"/>
        </w:rPr>
        <w:t xml:space="preserve"> </w:t>
      </w:r>
      <w:r w:rsidR="00757A75" w:rsidRPr="00757A75">
        <w:rPr>
          <w:bCs/>
          <w:color w:val="FFFFFF"/>
          <w:sz w:val="20"/>
          <w:szCs w:val="20"/>
        </w:rPr>
        <w:t>1194</w:t>
      </w:r>
      <w:r w:rsidR="00757A75">
        <w:rPr>
          <w:b/>
          <w:color w:val="FFFFFF"/>
          <w:sz w:val="22"/>
        </w:rPr>
        <w:t xml:space="preserve"> </w:t>
      </w:r>
      <w:r w:rsidR="008563F0" w:rsidRPr="009739C7">
        <w:rPr>
          <w:bCs/>
          <w:color w:val="FFFFFF"/>
          <w:sz w:val="20"/>
          <w:szCs w:val="20"/>
        </w:rPr>
        <w:t xml:space="preserve">Members as </w:t>
      </w:r>
      <w:proofErr w:type="gramStart"/>
      <w:r w:rsidR="008563F0" w:rsidRPr="009739C7">
        <w:rPr>
          <w:bCs/>
          <w:color w:val="FFFFFF"/>
          <w:sz w:val="20"/>
          <w:szCs w:val="20"/>
        </w:rPr>
        <w:t>at</w:t>
      </w:r>
      <w:proofErr w:type="gramEnd"/>
      <w:r w:rsidR="008563F0" w:rsidRPr="009739C7">
        <w:rPr>
          <w:bCs/>
          <w:color w:val="FFFFFF"/>
          <w:sz w:val="20"/>
          <w:szCs w:val="20"/>
        </w:rPr>
        <w:t xml:space="preserve"> </w:t>
      </w:r>
      <w:r w:rsidR="008563F0">
        <w:rPr>
          <w:bCs/>
          <w:color w:val="FFFFFF"/>
          <w:sz w:val="20"/>
          <w:szCs w:val="20"/>
        </w:rPr>
        <w:t>November 2025</w:t>
      </w:r>
    </w:p>
    <w:tbl>
      <w:tblPr>
        <w:tblW w:w="11022" w:type="dxa"/>
        <w:tblLook w:val="04A0" w:firstRow="1" w:lastRow="0" w:firstColumn="1" w:lastColumn="0" w:noHBand="0" w:noVBand="1"/>
      </w:tblPr>
      <w:tblGrid>
        <w:gridCol w:w="2177"/>
        <w:gridCol w:w="2139"/>
        <w:gridCol w:w="2092"/>
        <w:gridCol w:w="2037"/>
        <w:gridCol w:w="2355"/>
        <w:gridCol w:w="222"/>
      </w:tblGrid>
      <w:tr w:rsidR="005476F9" w14:paraId="29469B94" w14:textId="77777777" w:rsidTr="00876091">
        <w:tc>
          <w:tcPr>
            <w:tcW w:w="2177" w:type="dxa"/>
            <w:shd w:val="clear" w:color="auto" w:fill="BDD7EE"/>
          </w:tcPr>
          <w:p w14:paraId="6552A187" w14:textId="77777777" w:rsidR="005476F9" w:rsidRPr="00264A35" w:rsidRDefault="005476F9">
            <w:pPr>
              <w:rPr>
                <w:szCs w:val="18"/>
              </w:rPr>
            </w:pPr>
            <w:r w:rsidRPr="00264A35">
              <w:rPr>
                <w:b/>
                <w:szCs w:val="18"/>
              </w:rPr>
              <w:t>Name</w:t>
            </w:r>
          </w:p>
        </w:tc>
        <w:tc>
          <w:tcPr>
            <w:tcW w:w="2139" w:type="dxa"/>
            <w:shd w:val="clear" w:color="auto" w:fill="BDD7EE"/>
          </w:tcPr>
          <w:p w14:paraId="2E0B9601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First Elected</w:t>
            </w:r>
          </w:p>
        </w:tc>
        <w:tc>
          <w:tcPr>
            <w:tcW w:w="2092" w:type="dxa"/>
            <w:shd w:val="clear" w:color="auto" w:fill="BDD7EE"/>
          </w:tcPr>
          <w:p w14:paraId="0D8675AA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b/>
                <w:szCs w:val="18"/>
              </w:rPr>
              <w:t>Term</w:t>
            </w:r>
          </w:p>
        </w:tc>
        <w:tc>
          <w:tcPr>
            <w:tcW w:w="2037" w:type="dxa"/>
            <w:shd w:val="clear" w:color="auto" w:fill="BDD7EE"/>
          </w:tcPr>
          <w:p w14:paraId="5E0406C4" w14:textId="15D1349F" w:rsidR="005476F9" w:rsidRPr="00264A35" w:rsidRDefault="005476F9" w:rsidP="00264A35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Last Elected</w:t>
            </w:r>
          </w:p>
        </w:tc>
        <w:tc>
          <w:tcPr>
            <w:tcW w:w="2355" w:type="dxa"/>
            <w:shd w:val="clear" w:color="auto" w:fill="BDD7EE"/>
          </w:tcPr>
          <w:p w14:paraId="7A5CB14D" w14:textId="04C393A6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b/>
                <w:szCs w:val="18"/>
              </w:rPr>
              <w:t>Next</w:t>
            </w:r>
          </w:p>
        </w:tc>
        <w:tc>
          <w:tcPr>
            <w:tcW w:w="222" w:type="dxa"/>
          </w:tcPr>
          <w:p w14:paraId="510AE02A" w14:textId="77777777" w:rsidR="005476F9" w:rsidRDefault="005476F9"/>
        </w:tc>
      </w:tr>
      <w:tr w:rsidR="005476F9" w14:paraId="4E2B65F8" w14:textId="77777777" w:rsidTr="00876091">
        <w:tc>
          <w:tcPr>
            <w:tcW w:w="2177" w:type="dxa"/>
            <w:shd w:val="clear" w:color="auto" w:fill="F2F2F2"/>
          </w:tcPr>
          <w:p w14:paraId="14CB3AF6" w14:textId="453DE636" w:rsidR="005476F9" w:rsidRPr="00264A35" w:rsidRDefault="00AF2DA1">
            <w:pPr>
              <w:rPr>
                <w:szCs w:val="18"/>
              </w:rPr>
            </w:pPr>
            <w:r>
              <w:rPr>
                <w:szCs w:val="18"/>
              </w:rPr>
              <w:t>Mrs D Harbin</w:t>
            </w:r>
          </w:p>
        </w:tc>
        <w:tc>
          <w:tcPr>
            <w:tcW w:w="2139" w:type="dxa"/>
            <w:shd w:val="clear" w:color="auto" w:fill="F2F2F2"/>
          </w:tcPr>
          <w:p w14:paraId="53A199B3" w14:textId="1BEF9FFC" w:rsidR="005476F9" w:rsidRPr="00264A35" w:rsidRDefault="00AF2DA1" w:rsidP="005565E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Aug 2026</w:t>
            </w:r>
          </w:p>
        </w:tc>
        <w:tc>
          <w:tcPr>
            <w:tcW w:w="2092" w:type="dxa"/>
            <w:shd w:val="clear" w:color="auto" w:fill="F2F2F2"/>
          </w:tcPr>
          <w:p w14:paraId="799259EA" w14:textId="03602698" w:rsidR="005476F9" w:rsidRPr="00264A35" w:rsidRDefault="00AF2DA1" w:rsidP="005565E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3 months</w:t>
            </w:r>
          </w:p>
        </w:tc>
        <w:tc>
          <w:tcPr>
            <w:tcW w:w="2037" w:type="dxa"/>
            <w:shd w:val="clear" w:color="auto" w:fill="F2F2F2"/>
          </w:tcPr>
          <w:p w14:paraId="06544A6A" w14:textId="106A461D" w:rsidR="005476F9" w:rsidRPr="00264A35" w:rsidRDefault="00291450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Aug 2026</w:t>
            </w:r>
          </w:p>
        </w:tc>
        <w:tc>
          <w:tcPr>
            <w:tcW w:w="2355" w:type="dxa"/>
            <w:shd w:val="clear" w:color="auto" w:fill="EAF1DD" w:themeFill="accent3" w:themeFillTint="33"/>
          </w:tcPr>
          <w:p w14:paraId="7E9069CE" w14:textId="094A55AD" w:rsidR="005476F9" w:rsidRPr="00264A35" w:rsidRDefault="00A45132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2026</w:t>
            </w:r>
          </w:p>
        </w:tc>
        <w:tc>
          <w:tcPr>
            <w:tcW w:w="222" w:type="dxa"/>
          </w:tcPr>
          <w:p w14:paraId="0537F129" w14:textId="77777777" w:rsidR="005476F9" w:rsidRDefault="005476F9"/>
        </w:tc>
      </w:tr>
      <w:tr w:rsidR="00A45132" w14:paraId="2219B5EE" w14:textId="77777777" w:rsidTr="00876091">
        <w:tc>
          <w:tcPr>
            <w:tcW w:w="2177" w:type="dxa"/>
            <w:shd w:val="clear" w:color="auto" w:fill="F2F2F2"/>
          </w:tcPr>
          <w:p w14:paraId="2140723A" w14:textId="0A2B237E" w:rsidR="00A45132" w:rsidRDefault="00A45132">
            <w:pPr>
              <w:rPr>
                <w:szCs w:val="18"/>
              </w:rPr>
            </w:pPr>
            <w:r>
              <w:rPr>
                <w:szCs w:val="18"/>
              </w:rPr>
              <w:t>Mrs D Harbin</w:t>
            </w:r>
          </w:p>
        </w:tc>
        <w:tc>
          <w:tcPr>
            <w:tcW w:w="2139" w:type="dxa"/>
            <w:shd w:val="clear" w:color="auto" w:fill="F2F2F2"/>
          </w:tcPr>
          <w:p w14:paraId="406AE71F" w14:textId="513A625A" w:rsidR="00A45132" w:rsidRDefault="00A45132" w:rsidP="005565E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Nov 2026</w:t>
            </w:r>
          </w:p>
        </w:tc>
        <w:tc>
          <w:tcPr>
            <w:tcW w:w="2092" w:type="dxa"/>
            <w:shd w:val="clear" w:color="auto" w:fill="F2F2F2"/>
          </w:tcPr>
          <w:p w14:paraId="6031781C" w14:textId="11EF017E" w:rsidR="00A45132" w:rsidRDefault="00A45132" w:rsidP="005565E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3 years</w:t>
            </w:r>
          </w:p>
        </w:tc>
        <w:tc>
          <w:tcPr>
            <w:tcW w:w="2037" w:type="dxa"/>
            <w:shd w:val="clear" w:color="auto" w:fill="F2F2F2"/>
          </w:tcPr>
          <w:p w14:paraId="64D9C0EE" w14:textId="2F22E84D" w:rsidR="00A45132" w:rsidRPr="00264A35" w:rsidRDefault="00A45132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Aug 2026</w:t>
            </w:r>
          </w:p>
        </w:tc>
        <w:tc>
          <w:tcPr>
            <w:tcW w:w="2355" w:type="dxa"/>
            <w:shd w:val="clear" w:color="auto" w:fill="EAF1DD" w:themeFill="accent3" w:themeFillTint="33"/>
          </w:tcPr>
          <w:p w14:paraId="10CB66D8" w14:textId="4B351806" w:rsidR="00A45132" w:rsidRDefault="00A45132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2029</w:t>
            </w:r>
          </w:p>
        </w:tc>
        <w:tc>
          <w:tcPr>
            <w:tcW w:w="222" w:type="dxa"/>
          </w:tcPr>
          <w:p w14:paraId="66353406" w14:textId="77777777" w:rsidR="00A45132" w:rsidRDefault="00A45132"/>
        </w:tc>
      </w:tr>
      <w:tr w:rsidR="005476F9" w14:paraId="4ABA6FF6" w14:textId="77777777" w:rsidTr="00876091">
        <w:tc>
          <w:tcPr>
            <w:tcW w:w="2177" w:type="dxa"/>
          </w:tcPr>
          <w:p w14:paraId="71F3BE25" w14:textId="77777777" w:rsidR="005476F9" w:rsidRPr="00264A35" w:rsidRDefault="005476F9">
            <w:pPr>
              <w:rPr>
                <w:szCs w:val="18"/>
              </w:rPr>
            </w:pPr>
            <w:r w:rsidRPr="00264A35">
              <w:rPr>
                <w:szCs w:val="18"/>
              </w:rPr>
              <w:t>Ms S. Hannigan</w:t>
            </w:r>
          </w:p>
        </w:tc>
        <w:tc>
          <w:tcPr>
            <w:tcW w:w="2139" w:type="dxa"/>
          </w:tcPr>
          <w:p w14:paraId="2ED29697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Nov 2023</w:t>
            </w:r>
          </w:p>
        </w:tc>
        <w:tc>
          <w:tcPr>
            <w:tcW w:w="2092" w:type="dxa"/>
          </w:tcPr>
          <w:p w14:paraId="5FE7F027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3 years</w:t>
            </w:r>
          </w:p>
        </w:tc>
        <w:tc>
          <w:tcPr>
            <w:tcW w:w="2037" w:type="dxa"/>
          </w:tcPr>
          <w:p w14:paraId="1D011F05" w14:textId="74EC9CE3" w:rsidR="005476F9" w:rsidRPr="00264A35" w:rsidRDefault="005476F9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Nov 2023</w:t>
            </w:r>
          </w:p>
        </w:tc>
        <w:tc>
          <w:tcPr>
            <w:tcW w:w="2355" w:type="dxa"/>
            <w:shd w:val="clear" w:color="auto" w:fill="FCE4D6"/>
          </w:tcPr>
          <w:p w14:paraId="5FF4E514" w14:textId="6AB781F2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2026</w:t>
            </w:r>
          </w:p>
        </w:tc>
        <w:tc>
          <w:tcPr>
            <w:tcW w:w="222" w:type="dxa"/>
          </w:tcPr>
          <w:p w14:paraId="51051318" w14:textId="77777777" w:rsidR="005476F9" w:rsidRDefault="005476F9"/>
        </w:tc>
      </w:tr>
    </w:tbl>
    <w:p w14:paraId="6D660DF3" w14:textId="75957486" w:rsidR="00631F5A" w:rsidRDefault="00876091">
      <w:pPr>
        <w:shd w:val="clear" w:color="auto" w:fill="1F4E79"/>
      </w:pPr>
      <w:r>
        <w:rPr>
          <w:b/>
          <w:color w:val="FFFFFF"/>
          <w:sz w:val="22"/>
        </w:rPr>
        <w:t>Northern Region</w:t>
      </w:r>
      <w:r w:rsidR="00A7543F">
        <w:rPr>
          <w:b/>
          <w:color w:val="FFFFFF"/>
          <w:sz w:val="22"/>
        </w:rPr>
        <w:t xml:space="preserve"> – </w:t>
      </w:r>
      <w:r w:rsidR="00A7543F" w:rsidRPr="007437B0">
        <w:rPr>
          <w:bCs/>
          <w:color w:val="FFFFFF"/>
          <w:sz w:val="20"/>
          <w:szCs w:val="20"/>
        </w:rPr>
        <w:t>9</w:t>
      </w:r>
      <w:r w:rsidR="00757A75">
        <w:rPr>
          <w:bCs/>
          <w:color w:val="FFFFFF"/>
          <w:sz w:val="20"/>
          <w:szCs w:val="20"/>
        </w:rPr>
        <w:t>73</w:t>
      </w:r>
      <w:r w:rsidR="00A7543F" w:rsidRPr="007437B0">
        <w:rPr>
          <w:bCs/>
          <w:color w:val="FFFFFF"/>
          <w:sz w:val="20"/>
          <w:szCs w:val="20"/>
        </w:rPr>
        <w:t xml:space="preserve"> </w:t>
      </w:r>
      <w:r w:rsidR="008563F0" w:rsidRPr="009739C7">
        <w:rPr>
          <w:bCs/>
          <w:color w:val="FFFFFF"/>
          <w:sz w:val="20"/>
          <w:szCs w:val="20"/>
        </w:rPr>
        <w:t xml:space="preserve">Members as </w:t>
      </w:r>
      <w:proofErr w:type="gramStart"/>
      <w:r w:rsidR="008563F0" w:rsidRPr="009739C7">
        <w:rPr>
          <w:bCs/>
          <w:color w:val="FFFFFF"/>
          <w:sz w:val="20"/>
          <w:szCs w:val="20"/>
        </w:rPr>
        <w:t>at</w:t>
      </w:r>
      <w:proofErr w:type="gramEnd"/>
      <w:r w:rsidR="008563F0" w:rsidRPr="009739C7">
        <w:rPr>
          <w:bCs/>
          <w:color w:val="FFFFFF"/>
          <w:sz w:val="20"/>
          <w:szCs w:val="20"/>
        </w:rPr>
        <w:t xml:space="preserve"> </w:t>
      </w:r>
      <w:r w:rsidR="008563F0">
        <w:rPr>
          <w:bCs/>
          <w:color w:val="FFFFFF"/>
          <w:sz w:val="20"/>
          <w:szCs w:val="20"/>
        </w:rPr>
        <w:t>November 2025</w:t>
      </w:r>
    </w:p>
    <w:tbl>
      <w:tblPr>
        <w:tblW w:w="11022" w:type="dxa"/>
        <w:tblLook w:val="04A0" w:firstRow="1" w:lastRow="0" w:firstColumn="1" w:lastColumn="0" w:noHBand="0" w:noVBand="1"/>
      </w:tblPr>
      <w:tblGrid>
        <w:gridCol w:w="2117"/>
        <w:gridCol w:w="2152"/>
        <w:gridCol w:w="2106"/>
        <w:gridCol w:w="2055"/>
        <w:gridCol w:w="2370"/>
        <w:gridCol w:w="222"/>
      </w:tblGrid>
      <w:tr w:rsidR="005476F9" w14:paraId="59F7EF59" w14:textId="77777777" w:rsidTr="00876091">
        <w:tc>
          <w:tcPr>
            <w:tcW w:w="2117" w:type="dxa"/>
            <w:shd w:val="clear" w:color="auto" w:fill="BDD7EE"/>
          </w:tcPr>
          <w:p w14:paraId="7F321E75" w14:textId="77777777" w:rsidR="005476F9" w:rsidRPr="00264A35" w:rsidRDefault="005476F9">
            <w:pPr>
              <w:rPr>
                <w:szCs w:val="18"/>
              </w:rPr>
            </w:pPr>
            <w:r w:rsidRPr="00264A35">
              <w:rPr>
                <w:b/>
                <w:szCs w:val="18"/>
              </w:rPr>
              <w:t>Name</w:t>
            </w:r>
          </w:p>
        </w:tc>
        <w:tc>
          <w:tcPr>
            <w:tcW w:w="2152" w:type="dxa"/>
            <w:shd w:val="clear" w:color="auto" w:fill="BDD7EE"/>
          </w:tcPr>
          <w:p w14:paraId="40C76005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First Elected</w:t>
            </w:r>
          </w:p>
        </w:tc>
        <w:tc>
          <w:tcPr>
            <w:tcW w:w="2106" w:type="dxa"/>
            <w:shd w:val="clear" w:color="auto" w:fill="BDD7EE"/>
          </w:tcPr>
          <w:p w14:paraId="3BBB80D9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b/>
                <w:szCs w:val="18"/>
              </w:rPr>
              <w:t>Term</w:t>
            </w:r>
          </w:p>
        </w:tc>
        <w:tc>
          <w:tcPr>
            <w:tcW w:w="2055" w:type="dxa"/>
            <w:shd w:val="clear" w:color="auto" w:fill="BDD7EE"/>
          </w:tcPr>
          <w:p w14:paraId="26BB9DF9" w14:textId="215EC3A9" w:rsidR="005476F9" w:rsidRPr="00264A35" w:rsidRDefault="005476F9" w:rsidP="00264A35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Last Elected</w:t>
            </w:r>
          </w:p>
        </w:tc>
        <w:tc>
          <w:tcPr>
            <w:tcW w:w="2370" w:type="dxa"/>
            <w:shd w:val="clear" w:color="auto" w:fill="BDD7EE"/>
          </w:tcPr>
          <w:p w14:paraId="234AE74A" w14:textId="0814F304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b/>
                <w:szCs w:val="18"/>
              </w:rPr>
              <w:t>Next</w:t>
            </w:r>
          </w:p>
        </w:tc>
        <w:tc>
          <w:tcPr>
            <w:tcW w:w="222" w:type="dxa"/>
          </w:tcPr>
          <w:p w14:paraId="0B97CF4A" w14:textId="77777777" w:rsidR="005476F9" w:rsidRDefault="005476F9"/>
        </w:tc>
      </w:tr>
      <w:tr w:rsidR="005476F9" w14:paraId="7B89296B" w14:textId="77777777" w:rsidTr="00876091">
        <w:tc>
          <w:tcPr>
            <w:tcW w:w="2117" w:type="dxa"/>
            <w:shd w:val="clear" w:color="auto" w:fill="F2F2F2"/>
          </w:tcPr>
          <w:p w14:paraId="17A5FC48" w14:textId="4B54AE2C" w:rsidR="005476F9" w:rsidRPr="00264A35" w:rsidRDefault="005476F9">
            <w:pPr>
              <w:rPr>
                <w:szCs w:val="18"/>
              </w:rPr>
            </w:pPr>
            <w:r w:rsidRPr="00264A35">
              <w:rPr>
                <w:szCs w:val="18"/>
              </w:rPr>
              <w:t xml:space="preserve">Mrs </w:t>
            </w:r>
            <w:r w:rsidR="00C14260">
              <w:rPr>
                <w:szCs w:val="18"/>
              </w:rPr>
              <w:t>C Dwyer</w:t>
            </w:r>
          </w:p>
        </w:tc>
        <w:tc>
          <w:tcPr>
            <w:tcW w:w="2152" w:type="dxa"/>
            <w:shd w:val="clear" w:color="auto" w:fill="F2F2F2"/>
          </w:tcPr>
          <w:p w14:paraId="55CC0C8E" w14:textId="6178A493" w:rsidR="005476F9" w:rsidRPr="00264A35" w:rsidRDefault="00C14260" w:rsidP="005565E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Aug</w:t>
            </w:r>
            <w:r w:rsidR="005476F9" w:rsidRPr="00264A35">
              <w:rPr>
                <w:szCs w:val="18"/>
              </w:rPr>
              <w:t xml:space="preserve"> 202</w:t>
            </w:r>
            <w:r>
              <w:rPr>
                <w:szCs w:val="18"/>
              </w:rPr>
              <w:t>6</w:t>
            </w:r>
          </w:p>
        </w:tc>
        <w:tc>
          <w:tcPr>
            <w:tcW w:w="2106" w:type="dxa"/>
            <w:shd w:val="clear" w:color="auto" w:fill="F2F2F2"/>
          </w:tcPr>
          <w:p w14:paraId="100A787C" w14:textId="7A9E8518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 xml:space="preserve">3 </w:t>
            </w:r>
            <w:r w:rsidR="00C14260">
              <w:rPr>
                <w:szCs w:val="18"/>
              </w:rPr>
              <w:t>months</w:t>
            </w:r>
          </w:p>
        </w:tc>
        <w:tc>
          <w:tcPr>
            <w:tcW w:w="2055" w:type="dxa"/>
            <w:shd w:val="clear" w:color="auto" w:fill="F2F2F2"/>
          </w:tcPr>
          <w:p w14:paraId="78BFD616" w14:textId="0EDAF4E1" w:rsidR="005476F9" w:rsidRPr="00264A35" w:rsidRDefault="00291450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Aug</w:t>
            </w:r>
            <w:r w:rsidR="005476F9">
              <w:rPr>
                <w:szCs w:val="18"/>
              </w:rPr>
              <w:t xml:space="preserve"> 202</w:t>
            </w:r>
            <w:r>
              <w:rPr>
                <w:szCs w:val="18"/>
              </w:rPr>
              <w:t>6</w:t>
            </w:r>
          </w:p>
        </w:tc>
        <w:tc>
          <w:tcPr>
            <w:tcW w:w="2370" w:type="dxa"/>
            <w:shd w:val="clear" w:color="auto" w:fill="EAF1DD" w:themeFill="accent3" w:themeFillTint="33"/>
          </w:tcPr>
          <w:p w14:paraId="7CBCD8CD" w14:textId="3AE74265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202</w:t>
            </w:r>
            <w:r w:rsidR="00291450">
              <w:rPr>
                <w:szCs w:val="18"/>
              </w:rPr>
              <w:t>6</w:t>
            </w:r>
          </w:p>
        </w:tc>
        <w:tc>
          <w:tcPr>
            <w:tcW w:w="222" w:type="dxa"/>
          </w:tcPr>
          <w:p w14:paraId="73D633AB" w14:textId="77777777" w:rsidR="005476F9" w:rsidRDefault="005476F9"/>
        </w:tc>
      </w:tr>
    </w:tbl>
    <w:p w14:paraId="1C3028EE" w14:textId="3089FA76" w:rsidR="00631F5A" w:rsidRDefault="00876091">
      <w:pPr>
        <w:shd w:val="clear" w:color="auto" w:fill="1F4E79"/>
      </w:pPr>
      <w:r>
        <w:rPr>
          <w:b/>
          <w:color w:val="FFFFFF"/>
          <w:sz w:val="22"/>
        </w:rPr>
        <w:t>Southern Region</w:t>
      </w:r>
      <w:r w:rsidR="00A7543F">
        <w:rPr>
          <w:b/>
          <w:color w:val="FFFFFF"/>
          <w:sz w:val="22"/>
        </w:rPr>
        <w:t xml:space="preserve"> – </w:t>
      </w:r>
      <w:r w:rsidR="00A7543F" w:rsidRPr="007437B0">
        <w:rPr>
          <w:bCs/>
          <w:color w:val="FFFFFF"/>
          <w:sz w:val="20"/>
          <w:szCs w:val="20"/>
        </w:rPr>
        <w:t>5</w:t>
      </w:r>
      <w:r w:rsidR="00757A75">
        <w:rPr>
          <w:bCs/>
          <w:color w:val="FFFFFF"/>
          <w:sz w:val="20"/>
          <w:szCs w:val="20"/>
        </w:rPr>
        <w:t>35</w:t>
      </w:r>
      <w:r w:rsidR="00A7543F" w:rsidRPr="007437B0">
        <w:rPr>
          <w:bCs/>
          <w:color w:val="FFFFFF"/>
          <w:sz w:val="20"/>
          <w:szCs w:val="20"/>
        </w:rPr>
        <w:t xml:space="preserve"> </w:t>
      </w:r>
      <w:r w:rsidR="008563F0" w:rsidRPr="009739C7">
        <w:rPr>
          <w:bCs/>
          <w:color w:val="FFFFFF"/>
          <w:sz w:val="20"/>
          <w:szCs w:val="20"/>
        </w:rPr>
        <w:t xml:space="preserve">Members as </w:t>
      </w:r>
      <w:proofErr w:type="gramStart"/>
      <w:r w:rsidR="008563F0" w:rsidRPr="009739C7">
        <w:rPr>
          <w:bCs/>
          <w:color w:val="FFFFFF"/>
          <w:sz w:val="20"/>
          <w:szCs w:val="20"/>
        </w:rPr>
        <w:t>at</w:t>
      </w:r>
      <w:proofErr w:type="gramEnd"/>
      <w:r w:rsidR="008563F0" w:rsidRPr="009739C7">
        <w:rPr>
          <w:bCs/>
          <w:color w:val="FFFFFF"/>
          <w:sz w:val="20"/>
          <w:szCs w:val="20"/>
        </w:rPr>
        <w:t xml:space="preserve"> </w:t>
      </w:r>
      <w:r w:rsidR="008563F0">
        <w:rPr>
          <w:bCs/>
          <w:color w:val="FFFFFF"/>
          <w:sz w:val="20"/>
          <w:szCs w:val="20"/>
        </w:rPr>
        <w:t>November 2025</w:t>
      </w:r>
    </w:p>
    <w:tbl>
      <w:tblPr>
        <w:tblW w:w="11022" w:type="dxa"/>
        <w:tblLook w:val="04A0" w:firstRow="1" w:lastRow="0" w:firstColumn="1" w:lastColumn="0" w:noHBand="0" w:noVBand="1"/>
      </w:tblPr>
      <w:tblGrid>
        <w:gridCol w:w="2144"/>
        <w:gridCol w:w="2146"/>
        <w:gridCol w:w="2101"/>
        <w:gridCol w:w="2046"/>
        <w:gridCol w:w="2363"/>
        <w:gridCol w:w="222"/>
      </w:tblGrid>
      <w:tr w:rsidR="005476F9" w14:paraId="04EF673F" w14:textId="77777777" w:rsidTr="00876091">
        <w:tc>
          <w:tcPr>
            <w:tcW w:w="2144" w:type="dxa"/>
            <w:shd w:val="clear" w:color="auto" w:fill="BDD7EE"/>
          </w:tcPr>
          <w:p w14:paraId="7E9EE7A8" w14:textId="77777777" w:rsidR="005476F9" w:rsidRPr="00264A35" w:rsidRDefault="005476F9">
            <w:pPr>
              <w:rPr>
                <w:szCs w:val="18"/>
              </w:rPr>
            </w:pPr>
            <w:r w:rsidRPr="00264A35">
              <w:rPr>
                <w:b/>
                <w:szCs w:val="18"/>
              </w:rPr>
              <w:t>Name</w:t>
            </w:r>
          </w:p>
        </w:tc>
        <w:tc>
          <w:tcPr>
            <w:tcW w:w="2146" w:type="dxa"/>
            <w:shd w:val="clear" w:color="auto" w:fill="BDD7EE"/>
          </w:tcPr>
          <w:p w14:paraId="312A16E3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First Elected</w:t>
            </w:r>
          </w:p>
        </w:tc>
        <w:tc>
          <w:tcPr>
            <w:tcW w:w="2101" w:type="dxa"/>
            <w:shd w:val="clear" w:color="auto" w:fill="BDD7EE"/>
          </w:tcPr>
          <w:p w14:paraId="36BCC9DF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b/>
                <w:szCs w:val="18"/>
              </w:rPr>
              <w:t>Term</w:t>
            </w:r>
          </w:p>
        </w:tc>
        <w:tc>
          <w:tcPr>
            <w:tcW w:w="2046" w:type="dxa"/>
            <w:shd w:val="clear" w:color="auto" w:fill="BDD7EE"/>
          </w:tcPr>
          <w:p w14:paraId="31399D31" w14:textId="1F251F2B" w:rsidR="005476F9" w:rsidRPr="00264A35" w:rsidRDefault="005476F9" w:rsidP="00264A35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Last Elected</w:t>
            </w:r>
          </w:p>
        </w:tc>
        <w:tc>
          <w:tcPr>
            <w:tcW w:w="2363" w:type="dxa"/>
            <w:shd w:val="clear" w:color="auto" w:fill="BDD7EE"/>
          </w:tcPr>
          <w:p w14:paraId="03994DD3" w14:textId="70636C2B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b/>
                <w:szCs w:val="18"/>
              </w:rPr>
              <w:t>Next</w:t>
            </w:r>
          </w:p>
        </w:tc>
        <w:tc>
          <w:tcPr>
            <w:tcW w:w="222" w:type="dxa"/>
          </w:tcPr>
          <w:p w14:paraId="2B4B5B04" w14:textId="77777777" w:rsidR="005476F9" w:rsidRDefault="005476F9"/>
        </w:tc>
      </w:tr>
      <w:tr w:rsidR="005476F9" w14:paraId="25C7B9D0" w14:textId="77777777" w:rsidTr="00876091">
        <w:tc>
          <w:tcPr>
            <w:tcW w:w="2144" w:type="dxa"/>
            <w:shd w:val="clear" w:color="auto" w:fill="F2F2F2"/>
          </w:tcPr>
          <w:p w14:paraId="6F58979A" w14:textId="77777777" w:rsidR="005476F9" w:rsidRPr="00264A35" w:rsidRDefault="005476F9">
            <w:pPr>
              <w:rPr>
                <w:szCs w:val="18"/>
              </w:rPr>
            </w:pPr>
            <w:r w:rsidRPr="00264A35">
              <w:rPr>
                <w:szCs w:val="18"/>
              </w:rPr>
              <w:t>Mr N. Curwen</w:t>
            </w:r>
          </w:p>
        </w:tc>
        <w:tc>
          <w:tcPr>
            <w:tcW w:w="2146" w:type="dxa"/>
            <w:shd w:val="clear" w:color="auto" w:fill="F2F2F2"/>
          </w:tcPr>
          <w:p w14:paraId="34BCE63B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Nov 2024</w:t>
            </w:r>
          </w:p>
        </w:tc>
        <w:tc>
          <w:tcPr>
            <w:tcW w:w="2101" w:type="dxa"/>
            <w:shd w:val="clear" w:color="auto" w:fill="F2F2F2"/>
          </w:tcPr>
          <w:p w14:paraId="4DD945DE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3 years</w:t>
            </w:r>
          </w:p>
        </w:tc>
        <w:tc>
          <w:tcPr>
            <w:tcW w:w="2046" w:type="dxa"/>
            <w:shd w:val="clear" w:color="auto" w:fill="F2F2F2"/>
          </w:tcPr>
          <w:p w14:paraId="3FD2DAB0" w14:textId="1B8E6FDE" w:rsidR="005476F9" w:rsidRPr="00264A35" w:rsidRDefault="005476F9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Nov 2024</w:t>
            </w:r>
          </w:p>
        </w:tc>
        <w:tc>
          <w:tcPr>
            <w:tcW w:w="2363" w:type="dxa"/>
            <w:shd w:val="clear" w:color="auto" w:fill="EAF1DD" w:themeFill="accent3" w:themeFillTint="33"/>
          </w:tcPr>
          <w:p w14:paraId="235A26B9" w14:textId="0A50261D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szCs w:val="18"/>
              </w:rPr>
              <w:t>2027</w:t>
            </w:r>
          </w:p>
        </w:tc>
        <w:tc>
          <w:tcPr>
            <w:tcW w:w="222" w:type="dxa"/>
          </w:tcPr>
          <w:p w14:paraId="548C4F36" w14:textId="77777777" w:rsidR="005476F9" w:rsidRDefault="005476F9"/>
        </w:tc>
      </w:tr>
    </w:tbl>
    <w:p w14:paraId="24ADF094" w14:textId="09919CFD" w:rsidR="00631F5A" w:rsidRDefault="00876091">
      <w:pPr>
        <w:shd w:val="clear" w:color="auto" w:fill="1F4E79"/>
      </w:pPr>
      <w:r>
        <w:rPr>
          <w:b/>
          <w:color w:val="FFFFFF"/>
          <w:sz w:val="22"/>
        </w:rPr>
        <w:t>Western Region</w:t>
      </w:r>
      <w:r w:rsidR="00A7543F">
        <w:rPr>
          <w:b/>
          <w:color w:val="FFFFFF"/>
          <w:sz w:val="22"/>
        </w:rPr>
        <w:t xml:space="preserve"> </w:t>
      </w:r>
      <w:r w:rsidR="007437B0">
        <w:rPr>
          <w:b/>
          <w:color w:val="FFFFFF"/>
          <w:sz w:val="22"/>
        </w:rPr>
        <w:t xml:space="preserve">– </w:t>
      </w:r>
      <w:r w:rsidR="00757A75">
        <w:rPr>
          <w:bCs/>
          <w:color w:val="FFFFFF"/>
          <w:sz w:val="20"/>
          <w:szCs w:val="20"/>
        </w:rPr>
        <w:t>557</w:t>
      </w:r>
      <w:r w:rsidR="007437B0">
        <w:rPr>
          <w:b/>
          <w:color w:val="FFFFFF"/>
          <w:sz w:val="22"/>
        </w:rPr>
        <w:t xml:space="preserve"> </w:t>
      </w:r>
      <w:r w:rsidR="008563F0" w:rsidRPr="009739C7">
        <w:rPr>
          <w:bCs/>
          <w:color w:val="FFFFFF"/>
          <w:sz w:val="20"/>
          <w:szCs w:val="20"/>
        </w:rPr>
        <w:t xml:space="preserve">Members as </w:t>
      </w:r>
      <w:proofErr w:type="gramStart"/>
      <w:r w:rsidR="008563F0" w:rsidRPr="009739C7">
        <w:rPr>
          <w:bCs/>
          <w:color w:val="FFFFFF"/>
          <w:sz w:val="20"/>
          <w:szCs w:val="20"/>
        </w:rPr>
        <w:t>at</w:t>
      </w:r>
      <w:proofErr w:type="gramEnd"/>
      <w:r w:rsidR="008563F0" w:rsidRPr="009739C7">
        <w:rPr>
          <w:bCs/>
          <w:color w:val="FFFFFF"/>
          <w:sz w:val="20"/>
          <w:szCs w:val="20"/>
        </w:rPr>
        <w:t xml:space="preserve"> </w:t>
      </w:r>
      <w:r w:rsidR="008563F0">
        <w:rPr>
          <w:bCs/>
          <w:color w:val="FFFFFF"/>
          <w:sz w:val="20"/>
          <w:szCs w:val="20"/>
        </w:rPr>
        <w:t>November 2025</w:t>
      </w:r>
    </w:p>
    <w:tbl>
      <w:tblPr>
        <w:tblW w:w="11022" w:type="dxa"/>
        <w:tblLook w:val="04A0" w:firstRow="1" w:lastRow="0" w:firstColumn="1" w:lastColumn="0" w:noHBand="0" w:noVBand="1"/>
      </w:tblPr>
      <w:tblGrid>
        <w:gridCol w:w="2113"/>
        <w:gridCol w:w="2153"/>
        <w:gridCol w:w="2107"/>
        <w:gridCol w:w="2056"/>
        <w:gridCol w:w="2371"/>
        <w:gridCol w:w="222"/>
      </w:tblGrid>
      <w:tr w:rsidR="005476F9" w14:paraId="1987AE18" w14:textId="77777777" w:rsidTr="00876091">
        <w:tc>
          <w:tcPr>
            <w:tcW w:w="2113" w:type="dxa"/>
            <w:shd w:val="clear" w:color="auto" w:fill="BDD7EE"/>
          </w:tcPr>
          <w:p w14:paraId="3FF323D3" w14:textId="77777777" w:rsidR="005476F9" w:rsidRPr="00264A35" w:rsidRDefault="005476F9">
            <w:pPr>
              <w:rPr>
                <w:szCs w:val="18"/>
              </w:rPr>
            </w:pPr>
            <w:r w:rsidRPr="00264A35">
              <w:rPr>
                <w:b/>
                <w:szCs w:val="18"/>
              </w:rPr>
              <w:t>Name</w:t>
            </w:r>
          </w:p>
        </w:tc>
        <w:tc>
          <w:tcPr>
            <w:tcW w:w="2153" w:type="dxa"/>
            <w:shd w:val="clear" w:color="auto" w:fill="BDD7EE"/>
          </w:tcPr>
          <w:p w14:paraId="6DB2291F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>
              <w:rPr>
                <w:b/>
                <w:szCs w:val="18"/>
              </w:rPr>
              <w:t>First Elected</w:t>
            </w:r>
          </w:p>
        </w:tc>
        <w:tc>
          <w:tcPr>
            <w:tcW w:w="2107" w:type="dxa"/>
            <w:shd w:val="clear" w:color="auto" w:fill="BDD7EE"/>
          </w:tcPr>
          <w:p w14:paraId="66E07170" w14:textId="77777777" w:rsidR="005476F9" w:rsidRPr="00264A35" w:rsidRDefault="005476F9" w:rsidP="005565EB">
            <w:pPr>
              <w:jc w:val="center"/>
              <w:rPr>
                <w:szCs w:val="18"/>
              </w:rPr>
            </w:pPr>
            <w:r w:rsidRPr="00264A35">
              <w:rPr>
                <w:b/>
                <w:szCs w:val="18"/>
              </w:rPr>
              <w:t>Term</w:t>
            </w:r>
          </w:p>
        </w:tc>
        <w:tc>
          <w:tcPr>
            <w:tcW w:w="2056" w:type="dxa"/>
            <w:shd w:val="clear" w:color="auto" w:fill="BDD7EE"/>
          </w:tcPr>
          <w:p w14:paraId="26A5B033" w14:textId="27093BD5" w:rsidR="005476F9" w:rsidRPr="00264A35" w:rsidRDefault="005476F9" w:rsidP="00264A35">
            <w:pPr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Last Elected</w:t>
            </w:r>
          </w:p>
        </w:tc>
        <w:tc>
          <w:tcPr>
            <w:tcW w:w="2371" w:type="dxa"/>
            <w:shd w:val="clear" w:color="auto" w:fill="BDD7EE"/>
          </w:tcPr>
          <w:p w14:paraId="4B6CB42C" w14:textId="579FC06B" w:rsidR="005476F9" w:rsidRPr="00264A35" w:rsidRDefault="005476F9" w:rsidP="00264A35">
            <w:pPr>
              <w:jc w:val="center"/>
              <w:rPr>
                <w:szCs w:val="18"/>
              </w:rPr>
            </w:pPr>
            <w:r w:rsidRPr="00264A35">
              <w:rPr>
                <w:b/>
                <w:szCs w:val="18"/>
              </w:rPr>
              <w:t>Next</w:t>
            </w:r>
          </w:p>
        </w:tc>
        <w:tc>
          <w:tcPr>
            <w:tcW w:w="222" w:type="dxa"/>
          </w:tcPr>
          <w:p w14:paraId="2448D7B3" w14:textId="77777777" w:rsidR="005476F9" w:rsidRDefault="005476F9"/>
        </w:tc>
      </w:tr>
      <w:tr w:rsidR="005476F9" w14:paraId="56EDB7F1" w14:textId="77777777" w:rsidTr="00876091">
        <w:tc>
          <w:tcPr>
            <w:tcW w:w="2113" w:type="dxa"/>
            <w:shd w:val="clear" w:color="auto" w:fill="F2F2F2"/>
            <w:vAlign w:val="center"/>
          </w:tcPr>
          <w:p w14:paraId="052E8DD0" w14:textId="6B96DB1D" w:rsidR="005476F9" w:rsidRPr="00264A35" w:rsidRDefault="005476F9">
            <w:pPr>
              <w:rPr>
                <w:szCs w:val="18"/>
              </w:rPr>
            </w:pPr>
            <w:r w:rsidRPr="00264A35">
              <w:rPr>
                <w:szCs w:val="18"/>
              </w:rPr>
              <w:t>M</w:t>
            </w:r>
            <w:r w:rsidR="00291450">
              <w:rPr>
                <w:szCs w:val="18"/>
              </w:rPr>
              <w:t>r</w:t>
            </w:r>
            <w:r w:rsidRPr="00264A35">
              <w:rPr>
                <w:szCs w:val="18"/>
              </w:rPr>
              <w:t xml:space="preserve">s A. </w:t>
            </w:r>
            <w:r w:rsidR="00291450">
              <w:rPr>
                <w:szCs w:val="18"/>
              </w:rPr>
              <w:t>Gilson</w:t>
            </w:r>
          </w:p>
        </w:tc>
        <w:tc>
          <w:tcPr>
            <w:tcW w:w="2153" w:type="dxa"/>
            <w:shd w:val="clear" w:color="auto" w:fill="F2F2F2"/>
            <w:vAlign w:val="center"/>
          </w:tcPr>
          <w:p w14:paraId="660315CA" w14:textId="2AAA084A" w:rsidR="005476F9" w:rsidRPr="00264A35" w:rsidRDefault="00DC1797" w:rsidP="005565E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Jun 2026</w:t>
            </w:r>
          </w:p>
        </w:tc>
        <w:tc>
          <w:tcPr>
            <w:tcW w:w="2107" w:type="dxa"/>
            <w:shd w:val="clear" w:color="auto" w:fill="F2F2F2"/>
            <w:vAlign w:val="center"/>
          </w:tcPr>
          <w:p w14:paraId="1F67CD30" w14:textId="34AB5744" w:rsidR="005476F9" w:rsidRPr="00264A35" w:rsidRDefault="00DC1797" w:rsidP="005565E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5 months</w:t>
            </w:r>
          </w:p>
        </w:tc>
        <w:tc>
          <w:tcPr>
            <w:tcW w:w="2056" w:type="dxa"/>
            <w:shd w:val="clear" w:color="auto" w:fill="F2F2F2"/>
            <w:vAlign w:val="center"/>
          </w:tcPr>
          <w:p w14:paraId="744E2017" w14:textId="4A116AC2" w:rsidR="005476F9" w:rsidRPr="00264A35" w:rsidRDefault="00DC1797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Jun 2026</w:t>
            </w:r>
          </w:p>
        </w:tc>
        <w:tc>
          <w:tcPr>
            <w:tcW w:w="2371" w:type="dxa"/>
            <w:shd w:val="clear" w:color="auto" w:fill="FCE4D6"/>
            <w:vAlign w:val="center"/>
          </w:tcPr>
          <w:p w14:paraId="6C376601" w14:textId="1B0FF556" w:rsidR="005476F9" w:rsidRPr="00264A35" w:rsidRDefault="00DC1797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2026</w:t>
            </w:r>
          </w:p>
        </w:tc>
        <w:tc>
          <w:tcPr>
            <w:tcW w:w="222" w:type="dxa"/>
          </w:tcPr>
          <w:p w14:paraId="24511DB7" w14:textId="77777777" w:rsidR="005476F9" w:rsidRDefault="005476F9"/>
        </w:tc>
      </w:tr>
      <w:tr w:rsidR="00DC1797" w14:paraId="2B5F84F0" w14:textId="77777777" w:rsidTr="00876091">
        <w:tc>
          <w:tcPr>
            <w:tcW w:w="2113" w:type="dxa"/>
            <w:shd w:val="clear" w:color="auto" w:fill="F2F2F2"/>
            <w:vAlign w:val="center"/>
          </w:tcPr>
          <w:p w14:paraId="16573229" w14:textId="172B8A4D" w:rsidR="00DC1797" w:rsidRPr="00264A35" w:rsidRDefault="00DC1797">
            <w:pPr>
              <w:rPr>
                <w:szCs w:val="18"/>
              </w:rPr>
            </w:pPr>
            <w:r>
              <w:rPr>
                <w:szCs w:val="18"/>
              </w:rPr>
              <w:t>Mrs A Gilson</w:t>
            </w:r>
          </w:p>
        </w:tc>
        <w:tc>
          <w:tcPr>
            <w:tcW w:w="2153" w:type="dxa"/>
            <w:shd w:val="clear" w:color="auto" w:fill="F2F2F2"/>
            <w:vAlign w:val="center"/>
          </w:tcPr>
          <w:p w14:paraId="2A2C07FE" w14:textId="7C7111A1" w:rsidR="00DC1797" w:rsidRDefault="00983759" w:rsidP="005565E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Nov 2026</w:t>
            </w:r>
          </w:p>
        </w:tc>
        <w:tc>
          <w:tcPr>
            <w:tcW w:w="2107" w:type="dxa"/>
            <w:shd w:val="clear" w:color="auto" w:fill="F2F2F2"/>
            <w:vAlign w:val="center"/>
          </w:tcPr>
          <w:p w14:paraId="763B5E7B" w14:textId="031D0053" w:rsidR="00DC1797" w:rsidRDefault="00983759" w:rsidP="005565EB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3 years</w:t>
            </w:r>
          </w:p>
        </w:tc>
        <w:tc>
          <w:tcPr>
            <w:tcW w:w="2056" w:type="dxa"/>
            <w:shd w:val="clear" w:color="auto" w:fill="F2F2F2"/>
            <w:vAlign w:val="center"/>
          </w:tcPr>
          <w:p w14:paraId="5EA49243" w14:textId="6590D7C7" w:rsidR="00DC1797" w:rsidRDefault="00983759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Jun 2026</w:t>
            </w:r>
          </w:p>
        </w:tc>
        <w:tc>
          <w:tcPr>
            <w:tcW w:w="2371" w:type="dxa"/>
            <w:shd w:val="clear" w:color="auto" w:fill="FCE4D6"/>
            <w:vAlign w:val="center"/>
          </w:tcPr>
          <w:p w14:paraId="6A8BFEA9" w14:textId="35E900AB" w:rsidR="00DC1797" w:rsidRDefault="00983759" w:rsidP="00264A35">
            <w:pPr>
              <w:jc w:val="center"/>
              <w:rPr>
                <w:szCs w:val="18"/>
              </w:rPr>
            </w:pPr>
            <w:r>
              <w:rPr>
                <w:szCs w:val="18"/>
              </w:rPr>
              <w:t>2029</w:t>
            </w:r>
          </w:p>
        </w:tc>
        <w:tc>
          <w:tcPr>
            <w:tcW w:w="222" w:type="dxa"/>
          </w:tcPr>
          <w:p w14:paraId="17B58FEF" w14:textId="77777777" w:rsidR="00DC1797" w:rsidRDefault="00DC1797"/>
        </w:tc>
      </w:tr>
    </w:tbl>
    <w:p w14:paraId="78B676CF" w14:textId="77777777" w:rsidR="00631F5A" w:rsidRDefault="00631F5A"/>
    <w:sectPr w:rsidR="00631F5A" w:rsidSect="009D02E3">
      <w:pgSz w:w="12240" w:h="15840"/>
      <w:pgMar w:top="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4927242">
    <w:abstractNumId w:val="8"/>
  </w:num>
  <w:num w:numId="2" w16cid:durableId="630982412">
    <w:abstractNumId w:val="6"/>
  </w:num>
  <w:num w:numId="3" w16cid:durableId="1107431452">
    <w:abstractNumId w:val="5"/>
  </w:num>
  <w:num w:numId="4" w16cid:durableId="595872160">
    <w:abstractNumId w:val="4"/>
  </w:num>
  <w:num w:numId="5" w16cid:durableId="341014782">
    <w:abstractNumId w:val="7"/>
  </w:num>
  <w:num w:numId="6" w16cid:durableId="1070542432">
    <w:abstractNumId w:val="3"/>
  </w:num>
  <w:num w:numId="7" w16cid:durableId="1929003285">
    <w:abstractNumId w:val="2"/>
  </w:num>
  <w:num w:numId="8" w16cid:durableId="340739794">
    <w:abstractNumId w:val="1"/>
  </w:num>
  <w:num w:numId="9" w16cid:durableId="1267808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A71"/>
    <w:rsid w:val="00111A8F"/>
    <w:rsid w:val="001378A6"/>
    <w:rsid w:val="0015074B"/>
    <w:rsid w:val="00250AF5"/>
    <w:rsid w:val="00264A35"/>
    <w:rsid w:val="00291450"/>
    <w:rsid w:val="0029639D"/>
    <w:rsid w:val="002E3BA4"/>
    <w:rsid w:val="00326F90"/>
    <w:rsid w:val="003641C9"/>
    <w:rsid w:val="00427C30"/>
    <w:rsid w:val="00433E03"/>
    <w:rsid w:val="00443E72"/>
    <w:rsid w:val="005476F9"/>
    <w:rsid w:val="005565EB"/>
    <w:rsid w:val="00631F5A"/>
    <w:rsid w:val="00663347"/>
    <w:rsid w:val="007437B0"/>
    <w:rsid w:val="00757A75"/>
    <w:rsid w:val="0078228F"/>
    <w:rsid w:val="008563F0"/>
    <w:rsid w:val="00876091"/>
    <w:rsid w:val="00876C0D"/>
    <w:rsid w:val="009739C7"/>
    <w:rsid w:val="00983759"/>
    <w:rsid w:val="009A2E96"/>
    <w:rsid w:val="009D02E3"/>
    <w:rsid w:val="00A15AD0"/>
    <w:rsid w:val="00A45132"/>
    <w:rsid w:val="00A7543F"/>
    <w:rsid w:val="00AA1D8D"/>
    <w:rsid w:val="00AF2DA1"/>
    <w:rsid w:val="00B47730"/>
    <w:rsid w:val="00BB3E90"/>
    <w:rsid w:val="00BD4266"/>
    <w:rsid w:val="00C14260"/>
    <w:rsid w:val="00C27E1B"/>
    <w:rsid w:val="00CB0664"/>
    <w:rsid w:val="00CD74D7"/>
    <w:rsid w:val="00D86DA2"/>
    <w:rsid w:val="00DC1797"/>
    <w:rsid w:val="00ED7FB5"/>
    <w:rsid w:val="00F919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25FAFF"/>
  <w14:defaultImageDpi w14:val="300"/>
  <w15:docId w15:val="{2B95085D-FE40-4404-A084-106634A29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6d9836-307c-4350-972b-f32b85c641bb" xsi:nil="true"/>
    <lcf76f155ced4ddcb4097134ff3c332f xmlns="d5ee22b8-478a-4954-9fec-67999795a45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35993D7CDECF40B855609B179775BC" ma:contentTypeVersion="12" ma:contentTypeDescription="Create a new document." ma:contentTypeScope="" ma:versionID="ee6e85f260d50ea27a22877802564fd3">
  <xsd:schema xmlns:xsd="http://www.w3.org/2001/XMLSchema" xmlns:xs="http://www.w3.org/2001/XMLSchema" xmlns:p="http://schemas.microsoft.com/office/2006/metadata/properties" xmlns:ns2="d5ee22b8-478a-4954-9fec-67999795a453" xmlns:ns3="5c6d9836-307c-4350-972b-f32b85c641bb" targetNamespace="http://schemas.microsoft.com/office/2006/metadata/properties" ma:root="true" ma:fieldsID="6bc3a079487c5e79c0152280436996b0" ns2:_="" ns3:_="">
    <xsd:import namespace="d5ee22b8-478a-4954-9fec-67999795a453"/>
    <xsd:import namespace="5c6d9836-307c-4350-972b-f32b85c641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e22b8-478a-4954-9fec-67999795a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1b548b1-d4a0-4de1-bf56-c9e952a6b2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6d9836-307c-4350-972b-f32b85c641b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9731477-4e9f-4a4a-a862-ce5df8dca5d8}" ma:internalName="TaxCatchAll" ma:showField="CatchAllData" ma:web="5c6d9836-307c-4350-972b-f32b85c641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A9836E-B7DF-4CE2-B1AD-1F80A9069274}">
  <ds:schemaRefs>
    <ds:schemaRef ds:uri="http://schemas.microsoft.com/office/2006/metadata/properties"/>
    <ds:schemaRef ds:uri="http://schemas.microsoft.com/office/infopath/2007/PartnerControls"/>
    <ds:schemaRef ds:uri="5c6d9836-307c-4350-972b-f32b85c641bb"/>
    <ds:schemaRef ds:uri="d5ee22b8-478a-4954-9fec-67999795a453"/>
  </ds:schemaRefs>
</ds:datastoreItem>
</file>

<file path=customXml/itemProps3.xml><?xml version="1.0" encoding="utf-8"?>
<ds:datastoreItem xmlns:ds="http://schemas.openxmlformats.org/officeDocument/2006/customXml" ds:itemID="{87479B98-FC47-4685-B5ED-04FD2E96D0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4AEE4E-EE6D-4A6D-A1D1-80615DA0338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Virginia Gagan-Wilson | DOGS NSW</cp:lastModifiedBy>
  <cp:revision>2</cp:revision>
  <cp:lastPrinted>2025-11-13T19:58:00Z</cp:lastPrinted>
  <dcterms:created xsi:type="dcterms:W3CDTF">2026-10-16T00:01:00Z</dcterms:created>
  <dcterms:modified xsi:type="dcterms:W3CDTF">2026-10-16T00:01:00Z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0x010100EC35993D7CDECF40B855609B179775BC</vt:lpwstr>
  </property>
  <property fmtid="{D5CDD505-2E9C-101B-9397-08002B2CF9AE}" pid="3" name="Order">
    <vt:r8>168800</vt:r8>
  </property>
</Properties>
</file>